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Пишпек шаардык мектеби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42.87954, 74.60786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95280" cy="2232000"/>
            <wp:docPr id="1" name="Picture 1" descr="Пишпекское городское училище" title="Пишпекское городское учил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354e73ee381afa3df4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52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Пишпекское городское училище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Пишпек шаардык мектеби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Пишпек шаардык мектеби 1906. Пишпек шаарындагы шаардык мектеп 1892-жылы эркектердин приходдук мектеби катары иштей баштаган жана, мисалы, 1903-жылы 216 адам окуган. Ал Ташкент жана Васильевская көчөлөрүнүн кесилишинде атайын курулган имаратта жайгашкан. Мектеп алты жылдык программа боюнча иштеген. Башкаруучусу Константин Флорович Свирчевский болгон. 1906-жылы Пишпек шаардык мектеби үчүн бульвар менен Уезднаянын бурчунда биринчи, андан кийин эки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https://bimap.su/description/pishpek/36_Gorodskoe_uchilische.txt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Чернышевский атындагы китепкана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42.87954, 74.60786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33293" cy="2232000"/>
            <wp:docPr id="2" name="Picture 2" descr="Библиотека им.Чернышевского" title="Библиотека им.Чернышевск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c2c770b5d5e3e26ba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329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Библиотека им.Чернышевского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Чернышевский атындагы китепкана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Чернышевский атындагы китепкана 1938-жылы мурдагы Пишпек шаардык мектебинин, андан кийин №1 орто мектептин бул имаратында Мамлекеттик республикалык коомдук китепкана (1939-жылдан Н.Г. Чернышевский атындагы) жайгашкан. Китепкана 1962-жылга чейин бул жерде болгон.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https://bimap.su/description/frunze/484_Bibl.txt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42.87954, 74.60786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