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Pishpek City School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95280" cy="2232000"/>
            <wp:docPr id="1" name="Picture 1" descr="Пишпекское городское училище" title="Пишпекское городск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54e73ee381afa3df4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5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Пишпекское городское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Pishpek City School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Pishpek City School 1906. The city school in Pishpek began operating in 1892 as a men's parish school and, for example, in 1903, 216 people studied there. It was located in a specially built building on the corner of Tashkent and Vasilyevskaya streets. The school operated on a six-year program. The manager was Konstantin Florovich Svirchevsky. In 1906, a new building was built for the Pishpek City School on the corner of Boulevard and Uezdnaya,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https://bimap.su/description/pishpek/36_Gorodskoe_uchilische.txt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Library named after Chernyshevsky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33293" cy="2232000"/>
            <wp:docPr id="2" name="Picture 2" descr="Библиотека им.Чернышевского" title="Библиотека им.Чернышев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ac2c770b5d5e3e26ba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32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Библиотека им.Чернышевского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Library named after Chernyshevsky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Library named after Chernyshevsky In this building of the former Pishpek city school, and then secondary school No. 1 in 1938, the State Republican Public Library was located (since 1939 named after N.G. Chernyshevsky). The library was located here until 1962.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https://bimap.su/description/frunze/484_Bibl.txt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42.87954, 74.60786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