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42.87719, 74.60719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“Эмен паркындагы” павильон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42.87719, 74.60719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89918" cy="2232000"/>
            <wp:docPr id="2" name="Picture 2" descr="Павильон в «Дубовом парке»" title="Павильон в «Дубовом парке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179459206fb5f08fc0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8991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Павильон в «Дубовом парке»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“Эмен паркындагы” павильон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Эмен паркындагы павильон Эмен паркынын кире беришиндеги жыгач павильон жайкы кафе жана китепкана окуу залы катары кызмат кылган.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https://bimap.su/description/frunze/153_Pavilon.txt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42.87719, 74.60719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