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Pavilion in “Oak Park”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9918" cy="2232000"/>
            <wp:docPr id="2" name="Picture 2" descr="Павильон в «Дубовом парке»" title="Павильон в «Дубовом парк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79459206fb5f08fc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99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в «Дубовом парке»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Pavilion in “Oak Park”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Pavilion in Oak Park The wooden pavilion at the entrance to Oak Park served as a summer cafe and a library reading room.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https://bimap.su/description/frunze/153_Pavilon.txt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