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42.87379, 74.60575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Общежитие женпеда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42.87379, 74.60575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8380" cy="2232000"/>
            <wp:docPr id="2" name="Picture 2" descr="Общежитие женпеда" title="Общежитие женпе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dc5028f9d24a07687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83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Общежитие женпеда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Общежитие женпеда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Общежитие женпеда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https://bimap.su/description/frunze/152_Objejitie.txt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42.87379, 74.60575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