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42.87379, 74.60575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Аялдардын тарбиячысынын жатаканасы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42.87379, 74.60575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8380" cy="2232000"/>
            <wp:docPr id="2" name="Picture 2" descr="Общежитие женпеда" title="Общежитие женпе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bdc5028f9d24a07687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83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Общежитие женпеда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Аялдардын тарбиячысынын жатаканасы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Аялдардын тарбиячысынын жатаканасы Бут кийим фабрикасы. Сүрөт 1987. Имарат педагогикалык институттун жатаканасы катары курулган. Архитектор П.П. Иванов, 1940. Сүрөттө жатакананын кире беришиндеги Окуу студентинин скульптурасын көрүүгө болот.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https://bimap.su/description/frunze/152_Objejitie.txt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42.87379, 74.60575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