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Women's educator's dormitory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8380" cy="2232000"/>
            <wp:docPr id="2" name="Picture 2" descr="Общежитие женпеда" title="Общежитие женпе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dc5028f9d24a07687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83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Общежитие женпеда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Women's educator's dormitory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Women's educator's dormitory Shoe factory. Photo from 1987. The building was built as a dormitory for the Pedagogical Institute. Architect P.P. Ivanov, 1940. In the photo at the entrance to the dormitory you can see the sculpture Reading Student.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https://bimap.su/description/frunze/152_Objejitie.txt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