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42.87659, 74.61911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Обувная фабрика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42.87659, 74.61911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357261" cy="2232000"/>
            <wp:docPr id="2" name="Picture 2" descr="Обувная фабрика" title="Обувная фабрик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005eac59278cf308d8c7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35726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Обувная фабрика · 1987 года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Обувная фабрика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Фото 1987 года.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https://bimap.su/description/frunze/151_Obuvnaia.txt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42.87659, 74.61911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