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Бут кийим фабрикасы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7261" cy="2232000"/>
            <wp:docPr id="2" name="Picture 2" descr="Обувная фабрика" title="Обувная фабр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5eac59278cf308d8c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72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Обувная фабрика · 1987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Бут кийим фабрикасы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Бут кийим фабрикасы Бут кийим фабрикасы. 1987-жылдагы сүрөт. Фрунзедеги бут кийим фабрикасы 1938-жылы негизделген. 1964-жылы ал «Чолпон» кыргыз бут кийим фирмасына айланган. 1974-жылдан Фрунзедеги бут кийим ендуруштук бирикмеси.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https://bimap.su/description/frunze/151_Obuvnaia.txt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