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Shoe factory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7261" cy="2232000"/>
            <wp:docPr id="2" name="Picture 2" descr="Обувная фабрика" title="Обув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5eac59278cf308d8c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72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Обувная фабрика · 1987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Shoe factory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Shoe factory Shoe factory. Photo from 1987. The Frunze Shoe Factory was founded in 1938. In 1964, it was transformed into the Kyrgyz shoe company Cholpon. Since 1974 - Frunze Shoe Production Association.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https://bimap.su/description/frunze/151_Obuvnaia.txt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