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Молодая гвардия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5000" cy="2232000"/>
            <wp:docPr id="2" name="Picture 2" descr="Улица Молодая гвардия" title="Улица Молодая гвард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b4be5447520dc8d0c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5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Молодая гвардия · 1970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Молодая гвардия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Улице Молодая гвардия. Фото 1970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https://bimap.su/description/frunze/149_Gvardia.txt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