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42.87497, 74.57544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Жаш Гвардия көчөсү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42.87497, 74.57544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25000" cy="2232000"/>
            <wp:docPr id="2" name="Picture 2" descr="Улица Молодая гвардия" title="Улица Молодая гвард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ab4be5447520dc8d0c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25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Молодая гвардия · 1970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Жаш Гвардия көчөсү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Жаш Гвардия Жаш Гвардия. 1970-жылдагы сүрөт. Атбашинская көчөсүндөгү бульвар 1940-жылы март айында башталган көрктөндүрүү иштеринин натыйжасында түптөлгөн. 1948-жылы ага Жаш Гвардия деген ат берилген. Узундугу темир жол линиясынан шаардын түндүк чек арасына чейин 3 км.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https://bimap.su/description/frunze/149_Gvardia.txt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42.87497, 74.57544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