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42.87587, 74.58555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Совет аянты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42.87587, 74.58555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04995" cy="2232000"/>
            <wp:docPr id="2" name="Picture 2" descr="Советская площадь" title="Советская площадь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371397b52539f77161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0499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Советская площадь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Совет аянты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Совет аянты Совет аянты жана анын түштүгүндөгү шаардын панорамасы. Жебе Владимир Петров төрөлгөн үй турган жерди көрсөтөт.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https://bimap.su/description/frunze/148_Sovplojad.txt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42.87587, 74.58555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