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42.87587, 74.58555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Sovetskaya Square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42.87587, 74.58555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04995" cy="2232000"/>
            <wp:docPr id="2" name="Picture 2" descr="Советская площадь" title="Советск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71397b52539f77161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499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Советская площадь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Sovetskaya Square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Sovetskaya Square Sovetskaya Square and a panorama of the city to the south of it. The arrow shows the place where the house in which Vladimir Petrov was born stood.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https://bimap.su/description/frunze/148_Sovplojad.txt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42.87587, 74.58555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