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42.87729, 74.58890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Магазин «Океан»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42.87729, 74.58890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358904" cy="2232000"/>
            <wp:docPr id="2" name="Picture 2" descr="Магазин «Океан»" title="Магазин «Океа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3077ccc9638f4e85b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890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Магазин «Океан»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Магазин «Океан»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Магазин «Океан»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https://bimap.su/description/frunze/147_Okean.txt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42.87729, 74.58890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