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"Ocean" дүкөнү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58904" cy="2232000"/>
            <wp:docPr id="2" name="Picture 2" descr="Магазин «Океан»" title="Магазин «Оке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3077ccc9638f4e85b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«Океан»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"Ocean" дүкөнү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Ocean Shop Ocean дүкөнү. Парда панелдери менен курама монолиттүү темир-бетон каркаста курулган алгачкы 9 кабаттуу имараттардын бири. Архитекторлор Е.Писарская, В Коновалов.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https://bimap.su/description/frunze/147_Okean.txt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