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42.87729, 74.58890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Shop "Ocean"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42.87729, 74.58890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358904" cy="2232000"/>
            <wp:docPr id="2" name="Picture 2" descr="Магазин «Океан»" title="Магазин «Океан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f3077ccc9638f4e85b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5890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Магазин «Океан»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Shop "Ocean"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Shop Ocean Shop Ocean. One of the first 9-storey buildings, built in a prefabricated monolithic reinforced concrete frame with curtain panels. Architects E. Pisarskaya, V. Konovalov.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https://bimap.su/description/frunze/147_Okean.txt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42.87729, 74.58890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