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42.86746, 74.59811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Медицинское училище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42.86746, 74.59811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14070" cy="2232000"/>
            <wp:docPr id="2" name="Picture 2" descr="Медицинское училище" title="Медицинское училищ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58ca080799165e05ef5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1407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Медицинское училище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Медицинское училище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Медицинское училище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https://bimap.su/description/frunze/146_Medshkola.txt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42.86746, 74.59811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