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42.86746, 74.59811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Medical School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42.86746, 74.59811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Медицинское училище" title="Медицинск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8ca080799165e05ef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Медицинское училище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Medical School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Medical School Medical School. The building was built in 1935 as a medical school.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https://bimap.su/description/frunze/146_Medshkola.txt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42.86746, 74.59811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