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Магазин «Березка»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216807" cy="2232000"/>
            <wp:docPr id="2" name="Picture 2" descr="Магазин «Березка»" title="Магазин «Берез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399c6f61f6eb333ee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680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«Березка»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 «Березка»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им. XXII партсъезда.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https://bimap.su/description/frunze/144_Berezka.txt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42.87672, 74.59089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