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Мужское приходское училище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42.87096, 74.60691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165373" cy="2232000"/>
            <wp:docPr id="1" name="Picture 1" descr="Мужское приходское училище" title="Мужское приходское учил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a5de09d9b8e743f99b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653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Мужское приходское училище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Мужское приходское училище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Бульварной 1915г. Фото из архива.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https://bimap.su/description/pishpek/35_Prihodskoe_uchilische.txt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42.87096, 74.60691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42.87096, 74.60691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