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Эркектер чиркөө мектеби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42.87096, 74.60691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65373" cy="2232000"/>
            <wp:docPr id="1" name="Picture 1" descr="Мужское приходское училище" title="Мужское приход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5de09d9b8e743f99b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53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Мужское приходское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Эркектер чиркөө мектеби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Бульвардагы эркектердин чиркөө мектеби 1915. Приход мектептери окуучуларды райондук мектептерге даярдоо максатын көздөгөн жана аларга балдардын физикалык жана адеп-ахлактык жактан өнүгүүсү да милдеттендирилген. Приходдук мектептерде окуу предметтери: окуу, жазуу, арифметика, Кудайдын Мыйзамы, адеп-ахлактык окутуу, негизги үй чарбасы. Приходдук мектептерди финансылоо жергиликтуу калктын каражаттарынын эсебинен жургузулген: шаарларда — шаардык ко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https://bimap.su/description/pishpek/35_Prihodskoe_uchilische.txt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42.87096, 74.60691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42.87096, 74.60691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