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Льва Толстого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Улица Льва Толстого" title="Улица Льва Толст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949a0dd6b64106b90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Льва Толстого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Льва Толстого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Барак на улице Льва Толстого.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https://bimap.su/description/frunze/143_Tolstogo.txt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42.86280, 74.59692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