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Лев Толстой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лица Льва Толстого" title="Улица Льва Толст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949a0dd6b64106b9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Льва Толстого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Лев Толстой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Лев Толстой көчөсүндөгү казарма Авиация оңдоочу жайлар үчүн турак жай казармалары.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https://bimap.su/description/frunze/143_Tolstogo.txt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