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42.86724, 74.55280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Лондон Пишпекте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42.86724, 74.55280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26785" cy="2232000"/>
            <wp:docPr id="2" name="Picture 2" descr="Лондон на Пишпеке" title="Лондон на Пишпе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1a58c6c0db57ff01d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67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Лондон на Пишпеке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Лондон Пишпекте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Лондон Пишпекте кыйроо жана согуш жылдарында качкындар ушундай караңгы жерлерге отурукташып, турак-жай үчүн блиндаждарды, кепелерди куруп келишкен. Шаарда «Шанхай», «Лондон» жана «Париж» пайда болду. Бул айылдардын бири станцияга жакын жерде пайда болгон. Пишпек.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https://bimap.su/description/frunze/142_London.txt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42.86724, 74.55280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