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42.87854, 74.60014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main entrance to the summer theater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42.87854, 74.60014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46457" cy="2232000"/>
            <wp:docPr id="2" name="Picture 2" descr="Главный вход в летний театр" title="Главный вход в летний теат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c19d3e5b9b8e985bb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464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Главный вход в летний театр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main entrance to the summer theater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The main entrance to the summer theater The main entrance to the summer theater. Photo from Rashida Kuzmenko's album, 1960.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https://bimap.su/description/frunze/140_Teatr_vhod.txt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42.87854, 74.60014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