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92784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27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Ленину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https://bimap.su/description/frunze/139_Lenin_Vokzal.txt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