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42.86451, 74.60550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Лениндин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42.86451, 74.60550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1492784" cy="2232000"/>
            <wp:docPr id="2" name="Picture 2" descr="Памятник Ленину" title="Памятник Лени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9278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Ленину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Лениндин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Лениндин эстелиги. Владимир Петровдун фотосу Лениндин эстелиги вокзал аянты, 50.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https://bimap.su/description/frunze/139_Lenin_Vokzal.txt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42.86451, 74.60550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