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Monument to Lenin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1492784" cy="2232000"/>
            <wp:docPr id="2" name="Picture 2" descr="Памятник Ленину" title="Памятник Ленину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927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Monument to Lenin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Monument to Lenin. Photo by Vladimir Petrov Monument to Lenin on the station square, 50th.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https://bimap.su/description/frunze/139_Lenin_Vokzal.txt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42.86451, 74.60550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