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42.87644, 74.58516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Кукольный театр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42.87644, 74.58516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487500" cy="2232000"/>
            <wp:docPr id="2" name="Picture 2" descr="Кукольный театр" title="Кукольный театр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1ae004607b6815963de9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4875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Кукольный театр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Кукольный театр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Кукольный театр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https://bimap.su/description/frunze/138_Kukolnyi.txt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42.87644, 74.58516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