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Куурчак 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87500" cy="2232000"/>
            <wp:docPr id="2" name="Picture 2" descr="Кукольный театр" title="Кукольны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e004607b6815963de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75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Кукольный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Куурчак 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Куурчак театры Куурчак театрынын өзүнүн имараты болгон эмес жана мечиттин имаратында же Lux дүкөнүндө жайгашкан. 80-жылдары Айыл чарба министрлигинин имаратында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https://bimap.su/description/frunze/138_Kukolnyi.txt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