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42.88681, 74.61936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Forge Fortress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42.88681, 74.61936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14547" cy="2232000"/>
            <wp:docPr id="2" name="Picture 2" descr="Кузнечная крепость" title="Кузнечная крепост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9e56b1276d3738c05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1454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Кузнечная крепость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Forge Fortress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Forge Fortress Чептин дөбөсү. Кыйроонун жана согуштун жылдарында бул жерге качкындар отурукташып, турак-жай үчүн блиндаж, кепе куруп келишкен.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https://bimap.su/description/frunze/137_Kuznechka.txt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42.88681, 74.61936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