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Forge Fortress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4547" cy="2232000"/>
            <wp:docPr id="2" name="Picture 2" descr="Кузнечная крепость" title="Кузнечная крепост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9e56b1276d3738c0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45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Кузнечная крепость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Forge Fortress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Forge Fortress Hill of the fort The Forge Fortress was used both as a clay quarry and as a city dump. During the years of devastation and war, refugees settled here, building dugouts and huts for housing.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https://bimap.su/description/frunze/137_Kuznechka.txt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