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42.87637, 74.58581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Айыл чарба министрлигинин имараты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42.87637, 74.58581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480541" cy="2232000"/>
            <wp:docPr id="2" name="Picture 2" descr="Здание минсельхоза" title="Здание минсельхоз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0f7bc2fc4577633cc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05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минсельхоза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Айыл чарба министрлигинин имараты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Айыл чарба министрлигинин имараты Айыл чарба министрлигинин имараты. Архитектор В.Е. Нусов, 1962.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https://bimap.su/description/frunze/136_Minselhoz.txt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42.87637, 74.58581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