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42.87666, 74.60616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«Красная Чайхана»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42.87666, 74.60616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4760" cy="2232000"/>
            <wp:docPr id="2" name="Picture 2" descr="«Красная Чайхана»" title="«Красная Чайхан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c3ddfdea8b4950750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47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«Красная Чайхана»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«Красная Чайхана»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из газеты 40-х годов.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https://bimap.su/description/frunze/135_Chaihana.txt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42.87666, 74.60616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