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"Кызыл чайкана"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4760" cy="2232000"/>
            <wp:docPr id="2" name="Picture 2" descr="«Красная Чайхана»" title="«Красная Чайхан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c3ddfdea8b495075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47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«Красная Чайхана»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"Кызыл чайкана"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Кызыл чайкана Кызыл чайхана. 40-жылдардагы гезиттен алынган сүрөт. Кызыл чайкана 1943-жылы курулган (долбоорлору В. Верюжский, И. Голденберг, Б. Кикин). Имарат дээрлик толугу менен жыгачтан жасалган; ички жасалгаларында жыгач жана ганч оюмдары колдонулган.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https://bimap.su/description/frunze/135_Chaihana.txt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