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"Red Teahouse"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4760" cy="2232000"/>
            <wp:docPr id="2" name="Picture 2" descr="«Красная Чайхана»" title="«Красная Чайхан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c3ddfdea8b4950750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47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«Красная Чайхана»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"Red Teahouse"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Red Teahouse Red Teahouse. Photo from a newspaper from the 40s. The Red Teahouse was built in 1943 (design by V. Veryuzhsky, I. Goldenberg, B. Kikin). The building was almost entirely made of wood; wood and ganch carvings were used in the interior.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https://bimap.su/description/frunze/135_Chaihana.txt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