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"Ала-Тоо"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92874" cy="2232000"/>
            <wp:docPr id="2" name="Picture 2" descr="Кинотеатр «Ала-Тоо»" title="Кинотеатр «Ала-Тоо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80b78d80dfba4457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28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«Ала-Тоо»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Кинотеатр "Ала-Тоо"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Кинотеатр "Ала-Тоо" кинотеатры "Ала-Тоо". Зульфия Халилованын альбомунан алынган сүрөт, 1953-жыл.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https://bimap.su/description/frunze/134_Alatoo.txt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Ала-Тоо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Площадь Ала-Тоо" title="Площадь Ала-То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0b5081e6b3717dc0d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Ала-Тоо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Ала-Тоо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жана Ала-Тоо кинотеатры Ала-Тоо аянты жана Ала-Тоо кинотеатры.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https://bimap.su/description/bishkek/113_IMG_1206.txt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