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42.87613, 74.60747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Cinema "Ala-Too"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42.87613, 74.60747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92874" cy="2232000"/>
            <wp:docPr id="2" name="Picture 2" descr="Кинотеатр «Ала-Тоо»" title="Кинотеатр «Ала-Тоо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80b78d80dfba44573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287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«Ала-Тоо»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Cinema "Ala-Too"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Cinema "Ala-Too" Cinema "Ala-Too". Photo from Zulfiya Khalilova's album, 1953.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https://bimap.su/description/frunze/134_Alatoo.txt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Ala-Too Square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42.87613, 74.60747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Площадь Ала-Тоо" title="Площадь Ала-То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0b5081e6b3717dc0dd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Ала-Тоо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Ala-Too Square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and Ala-Too Cinema Ala-Too Square and Ala-Too Cinema.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https://bimap.su/description/bishkek/113_IMG_1206.txt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