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Женская прогимназия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10410" cy="2232000"/>
            <wp:docPr id="1" name="Picture 1" descr="Женская прогимназия" title="Женская прогимназ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716f6ec49b0afbc4b0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104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Женская прогимназия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Женская прогимназия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1916г. Фото из архива. Здание снесено в 2000г.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https://bimap.su/description/pishpek/34_Progimnazia.txt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Магазин Гоин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42.88518, 74.61253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Магазин Гоин" title="Магазин Гои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6c7be4e0cf542b704ad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Магазин Гоин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Магазин Гоин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https://bimap.su/description/bishkek/20_goin.txt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