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Аялдар про-гимназиясы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42.88518, 74.61253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10410" cy="2232000"/>
            <wp:docPr id="1" name="Picture 1" descr="Женская прогимназия" title="Женская прогимназ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716f6ec49b0afbc4b0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1041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Женская прогимназия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Аялдар про-гимназиясы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Аялдар про-гимназиясы 1916-жылы 1916-жылы кыздар үчүн жеке мектеп В.И. Воронкевич аялдардын про-гмназиясына айландырылды. Эки кабаттуу имарат бүгүн "Гоин" кытай дүкөнү жайгашкан Ташкентскаяда жайгашкан. Совет бийлигинин алгачкы жылдарында бул имаратта Кара-Кыргыз Автономиялуу областынын революциялык комитети жана партиянын областтык комитети, комсомолдун шаардык комитети жайгашкан.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https://bimap.su/description/pishpek/34_Progimnazia.txt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42.88518, 74.61253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Goin Store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42.88518, 74.61253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3" name="Picture 3" descr="Магазин Гоин" title="Магазин Гои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6c7be4e0cf542b704ad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Магазин Гоин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Goin Store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Goin Store. Владимир Петровдун фотосу.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https://bimap.su/description/bishkek/20_goin.txt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