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42.87825, 74.60721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Кинотеатр «Ударник»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42.87825, 74.60721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59906" cy="2232000"/>
            <wp:docPr id="2" name="Picture 2" descr="Кинотеатр «Ударник»" title="Кинотеатр «Ударни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19cb3de98b792686d5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5990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Кинотеатр «Ударник»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Кинотеатр «Ударник»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Кинотеатр Ударник был построен в 1930 году.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https://bimap.su/description/frunze/133_Udarnik.txt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42.87825, 74.60721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