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Кинотеатр «БЧК»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9932" cy="2232000"/>
            <wp:docPr id="2" name="Picture 2" descr="Кинотеатр «БЧК»" title="Кинотеатр «БЧ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2c81790c76d6b8f29e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99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Кинотеатр «БЧК»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Кинотеатр «БЧК»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Кинотеатр «БЧК»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https://bimap.su/description/frunze/132_BChK.txt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42.90309, 74.60819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