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"Манас" кинотеатры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6538" cy="2232000"/>
            <wp:docPr id="2" name="Picture 2" descr="Кинотеатр «Манас»" title="Кинотеатр «Манас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da03f658fe5fc6c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65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«Манас»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"Манас" кинотеатры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Кино Манас, 1970 Манас кинотеатры 1966-жылы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https://bimap.su/description/frunze/131_Manas.txt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42.84506, 74.58524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