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42.87489, 74.59252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Школа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42.87489, 74.59252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600666" cy="2232000"/>
            <wp:docPr id="2" name="Picture 2" descr="Школа" title="Шко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bba1e67ce040f16da3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066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Школа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Петрова, 2011г.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https://bimap.su/description/frunze/129_Shkola15.txt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42.87489, 74.59252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