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42.87489, 74.59252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42.87489, 74.59252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00666" cy="2232000"/>
            <wp:docPr id="2" name="Picture 2" descr="Школа" title="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ba1e67ce040f16da3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66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Мектеп. Фото Владимир Петров, 2011. Аскердик даңктын учак-эстелиги. 1975-жылы негизделген.Шаардагы биринчи үч кабаттуу мектеп имараты 40-жылдары курулган. 2-дүйнөлүк согуш учурунда мурдагы No15 мектептин имаратында Фрунзедеги Жөө аскерлер окуу жайынын 2-батальону жайгашкан. 60-жылдары КМУнун юридикалык факультети жана аскердик кафедрасы.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https://bimap.su/description/frunze/129_Shkola15.txt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42.87489, 74.59252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