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42.87470, 74.59749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Самолет - памятник боевой славы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42.87470, 74.59749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90531" cy="2232000"/>
            <wp:docPr id="2" name="Picture 2" descr="Самолет - памятник боевой славы" title="Самолет - памятник боевой слав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f060d4e18138c1761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9053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Самолет - памятник боевой славы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Самолет - памятник боевой славы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Самолет-памятник боевой славы. Фото Владимира Петрова. Установлен в 1975 году.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https://bimap.su/description/frunze/128_Samolet.txt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42.87470, 74.59749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