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Учак — аскердик даңктын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0531" cy="2232000"/>
            <wp:docPr id="2" name="Picture 2" descr="Самолет - памятник боевой славы" title="Самолет - памятник боевой слав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f060d4e18138c1761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5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Самолет - памятник боевой славы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Учак — аскердик даңктын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Аскердик шаар. Фото Владимир Петров, 2011. Аскердик даңктын учак-эстелиги. 1975-жылы орнотулган Аскердик казарма, 40. Шаардагы эң эски жыгачтан, таштан жана жыгачтан салынган имараттар. Адегенде Тоголок Молдо көчөсү Казарменная, Логвиненко көчөсү – Больничная, Бөкөнбаев көчөсү – Лагерная деп аталып калган, анткени Фрунзе-Судейская көчөсүнөн түштүк четине чейинки дээрлик бүткүл узундугун бойлой шаардын бул аймагын аскердик имараттар – казармалар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https://bimap.su/description/frunze/128_Samolet.txt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