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42.87470, 74.59749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The plane is a monument to military glory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42.87470, 74.59749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90531" cy="2232000"/>
            <wp:docPr id="2" name="Picture 2" descr="Самолет - памятник боевой славы" title="Самолет - памятник боевой слав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f060d4e18138c1761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053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Самолет - памятник боевой славы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The plane is a monument to military glory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Military town. Photo by Vladimir Petrov, 2011. Aircraft-monument to military glory. Installed in 1975 Military barracks, 40th. The oldest wooden, stone and adobe buildings in the city. Initially, Togolok Moldo street was called Kazarmennaya, Logvinenko street - Bolnichnaya, Bokonbaev street - Lagernaya, because almost along its entire length from Frunze-Sudeiskaya street to the southern outskirts this territory of the city was occupied by milit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https://bimap.su/description/frunze/128_Samolet.txt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42.87470, 74.59749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