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Военный городок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8ae0d29d2604e4c9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Военный городок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2011г. Воинские казармы.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https://bimap.su/description/frunze/127_Kazarmy.txt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